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Ocak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sz w:val="28"/>
              </w:rPr>
              <w:t>1</w:t>
            </w:r>
          </w:p>
          <w:p>
            <w:r>
              <w:rPr>
                <w:sz w:val="14"/>
              </w:rPr>
              <w:t>Yılbaşı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Şubat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3047"/>
        </w:trPr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</w:tr>
      <w:tr>
        <w:trPr>
          <w:trHeight w:val="3047"/>
        </w:trPr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14</w:t>
            </w:r>
          </w:p>
          <w:p>
            <w:r>
              <w:rPr>
                <w:sz w:val="14"/>
              </w:rPr>
              <w:t>Sevgililer Günü</w:t>
            </w:r>
          </w:p>
        </w:tc>
      </w:tr>
      <w:tr>
        <w:trPr>
          <w:trHeight w:val="3047"/>
        </w:trPr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</w:tr>
      <w:tr>
        <w:trPr>
          <w:trHeight w:val="3047"/>
        </w:trPr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Mart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FE9CC"/>
          </w:tcPr>
          <w:p>
            <w:r>
              <w:rPr>
                <w:b/>
                <w:sz w:val="28"/>
              </w:rPr>
              <w:t>8</w:t>
            </w:r>
          </w:p>
          <w:p>
            <w:r>
              <w:rPr>
                <w:sz w:val="14"/>
              </w:rPr>
              <w:t>Ramazan Bayramı Arifesi (½ gün)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sz w:val="28"/>
              </w:rPr>
              <w:t>9</w:t>
            </w:r>
          </w:p>
          <w:p>
            <w:r>
              <w:rPr>
                <w:sz w:val="14"/>
              </w:rPr>
              <w:t>Ramazan Bayramı 1. Gün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sz w:val="28"/>
              </w:rPr>
              <w:t>10</w:t>
            </w:r>
          </w:p>
          <w:p>
            <w:r>
              <w:rPr>
                <w:sz w:val="14"/>
              </w:rPr>
              <w:t>Ramazan Bayramı 2. Gün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sz w:val="28"/>
              </w:rPr>
              <w:t>11</w:t>
            </w:r>
          </w:p>
          <w:p>
            <w:r>
              <w:rPr>
                <w:sz w:val="14"/>
              </w:rPr>
              <w:t>Ramazan Bayramı 3. Gün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Nisan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sz w:val="28"/>
              </w:rPr>
              <w:t>23</w:t>
            </w:r>
          </w:p>
          <w:p>
            <w:r>
              <w:rPr>
                <w:sz w:val="14"/>
              </w:rPr>
              <w:t>Ulusal Egemenlik ve Çocuk Bayramı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Mayıs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031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color w:val="777777"/>
                <w:sz w:val="28"/>
              </w:rPr>
              <w:t>1</w:t>
            </w:r>
          </w:p>
          <w:p>
            <w:r>
              <w:rPr>
                <w:sz w:val="14"/>
              </w:rPr>
              <w:t>Emek ve Dayanışma Günü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9</w:t>
            </w:r>
          </w:p>
          <w:p>
            <w:r>
              <w:rPr>
                <w:sz w:val="14"/>
              </w:rPr>
              <w:t>Anneler Günü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  <w:shd w:val="clear" w:color="auto" w:fill="FFE9CC"/>
          </w:tcPr>
          <w:p>
            <w:r>
              <w:rPr>
                <w:b/>
                <w:color w:val="777777"/>
                <w:sz w:val="28"/>
              </w:rPr>
              <w:t>15</w:t>
            </w:r>
          </w:p>
          <w:p>
            <w:r>
              <w:rPr>
                <w:sz w:val="14"/>
              </w:rPr>
              <w:t>Kurban Bayramı Arifesi (½ gün)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color w:val="777777"/>
                <w:sz w:val="28"/>
              </w:rPr>
              <w:t>16</w:t>
            </w:r>
          </w:p>
          <w:p>
            <w:r>
              <w:rPr>
                <w:sz w:val="14"/>
              </w:rPr>
              <w:t>Kurban Bayramı 1. Gün</w:t>
            </w:r>
          </w:p>
        </w:tc>
      </w:tr>
      <w:tr>
        <w:trPr>
          <w:trHeight w:val="2031"/>
        </w:trPr>
        <w:tc>
          <w:tcPr>
            <w:tcW w:type="dxa" w:w="1539"/>
            <w:shd w:val="clear" w:color="auto" w:fill="DDF1E7"/>
          </w:tcPr>
          <w:p>
            <w:r>
              <w:rPr>
                <w:b/>
                <w:sz w:val="28"/>
              </w:rPr>
              <w:t>17</w:t>
            </w:r>
          </w:p>
          <w:p>
            <w:r>
              <w:rPr>
                <w:sz w:val="14"/>
              </w:rPr>
              <w:t>Kurban Bayramı 2. Gün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sz w:val="28"/>
              </w:rPr>
              <w:t>18</w:t>
            </w:r>
          </w:p>
          <w:p>
            <w:r>
              <w:rPr>
                <w:sz w:val="14"/>
              </w:rPr>
              <w:t>Kurban Bayramı 3. Gün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sz w:val="28"/>
              </w:rPr>
              <w:t>19</w:t>
            </w:r>
          </w:p>
          <w:p>
            <w:r>
              <w:rPr>
                <w:sz w:val="14"/>
              </w:rPr>
              <w:t>Kurban Bayramı 4. Gün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23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30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Haziran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20</w:t>
            </w:r>
          </w:p>
          <w:p>
            <w:r>
              <w:rPr>
                <w:sz w:val="14"/>
              </w:rPr>
              <w:t>Babalar Günü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Temmuz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sz w:val="28"/>
              </w:rPr>
              <w:t>15</w:t>
            </w:r>
          </w:p>
          <w:p>
            <w:r>
              <w:rPr>
                <w:sz w:val="14"/>
              </w:rPr>
              <w:t>Demokrasi ve Millî Birlik Günü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Ağustos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031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8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15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22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29</w:t>
            </w:r>
          </w:p>
        </w:tc>
      </w:tr>
      <w:tr>
        <w:trPr>
          <w:trHeight w:val="2031"/>
        </w:trPr>
        <w:tc>
          <w:tcPr>
            <w:tcW w:type="dxa" w:w="1539"/>
            <w:shd w:val="clear" w:color="auto" w:fill="FDE0E4"/>
          </w:tcPr>
          <w:p>
            <w:r>
              <w:rPr>
                <w:b/>
                <w:sz w:val="28"/>
              </w:rPr>
              <w:t>30</w:t>
            </w:r>
          </w:p>
          <w:p>
            <w:r>
              <w:rPr>
                <w:sz w:val="14"/>
              </w:rPr>
              <w:t>Zafer Bayramı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Eylül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Ekim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  <w:shd w:val="clear" w:color="auto" w:fill="FFE9CC"/>
          </w:tcPr>
          <w:p>
            <w:r>
              <w:rPr>
                <w:b/>
                <w:sz w:val="28"/>
              </w:rPr>
              <w:t>28</w:t>
            </w:r>
          </w:p>
          <w:p>
            <w:r>
              <w:rPr>
                <w:sz w:val="14"/>
              </w:rPr>
              <w:t>Cumhuriyet Bayramı Arifesi (½ gün)</w:t>
            </w:r>
          </w:p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sz w:val="28"/>
              </w:rPr>
              <w:t>29</w:t>
            </w:r>
          </w:p>
          <w:p>
            <w:r>
              <w:rPr>
                <w:sz w:val="14"/>
              </w:rPr>
              <w:t>Cumhuriyet Bayramı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Kasım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  <w:p>
            <w:r>
              <w:rPr>
                <w:sz w:val="14"/>
              </w:rPr>
              <w:t>Atatürk'ü Anma Günü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  <w:p>
            <w:r>
              <w:rPr>
                <w:sz w:val="14"/>
              </w:rPr>
              <w:t>Öğretmenler Günü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Aralık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