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4"/>
        </w:rPr>
        <w:t>Ocak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39"/>
        <w:gridCol w:w="1539"/>
        <w:gridCol w:w="1539"/>
        <w:gridCol w:w="1539"/>
        <w:gridCol w:w="1539"/>
        <w:gridCol w:w="1539"/>
        <w:gridCol w:w="1539"/>
      </w:tblGrid>
      <w:tr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Pazartesi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Salı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Çarşamba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Perşembe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Cumartesi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</w:t>
            </w:r>
          </w:p>
        </w:tc>
      </w:tr>
      <w:tr>
        <w:trPr>
          <w:trHeight w:val="2438"/>
        </w:trPr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DE0E4"/>
          </w:tcPr>
          <w:p>
            <w:r>
              <w:rPr>
                <w:b/>
                <w:sz w:val="28"/>
              </w:rPr>
              <w:t>1</w:t>
            </w:r>
          </w:p>
          <w:p>
            <w:r>
              <w:rPr>
                <w:sz w:val="14"/>
              </w:rPr>
              <w:t>Yılbaşı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3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4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5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6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7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8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9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10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11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12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13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14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15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16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17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18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19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20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21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22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23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24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25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26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27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28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29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30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31</w:t>
            </w:r>
          </w:p>
        </w:tc>
        <w:tc>
          <w:tcPr>
            <w:tcW w:type="dxa" w:w="1539"/>
            <w:shd w:val="clear" w:color="auto" w:fill="F4F4F4"/>
          </w:tcPr>
          <w:p/>
        </w:tc>
      </w:tr>
    </w:tbl>
    <w:p>
      <w:r>
        <w:rPr>
          <w:sz w:val="20"/>
        </w:rPr>
        <w:t>Notlar: ______________________________________________________________________</w:t>
      </w:r>
    </w:p>
    <w:p>
      <w:r>
        <w:rPr>
          <w:sz w:val="14"/>
        </w:rPr>
        <w:t>takvimrehberi.com/bos-takvim-sablonu/</w:t>
      </w:r>
    </w:p>
    <w:p>
      <w:r>
        <w:br w:type="page"/>
      </w:r>
    </w:p>
    <w:p>
      <w:r>
        <w:rPr>
          <w:b/>
          <w:sz w:val="44"/>
        </w:rPr>
        <w:t>Şubat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39"/>
        <w:gridCol w:w="1539"/>
        <w:gridCol w:w="1539"/>
        <w:gridCol w:w="1539"/>
        <w:gridCol w:w="1539"/>
        <w:gridCol w:w="1539"/>
        <w:gridCol w:w="1539"/>
      </w:tblGrid>
      <w:tr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Pazartesi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Salı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Çarşamba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Perşembe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Cumartesi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</w:t>
            </w:r>
          </w:p>
        </w:tc>
      </w:tr>
      <w:tr>
        <w:trPr>
          <w:trHeight w:val="2438"/>
        </w:trPr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2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3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4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5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6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7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8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9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10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11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12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13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14</w:t>
            </w:r>
          </w:p>
          <w:p>
            <w:r>
              <w:rPr>
                <w:sz w:val="14"/>
              </w:rPr>
              <w:t>Sevgililer Günü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15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16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17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18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19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20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21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22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23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24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25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26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27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28</w:t>
            </w:r>
          </w:p>
        </w:tc>
        <w:tc>
          <w:tcPr>
            <w:tcW w:type="dxa" w:w="1539"/>
            <w:shd w:val="clear" w:color="auto" w:fill="F4F4F4"/>
          </w:tcPr>
          <w:p/>
        </w:tc>
      </w:tr>
    </w:tbl>
    <w:p>
      <w:r>
        <w:rPr>
          <w:sz w:val="20"/>
        </w:rPr>
        <w:t>Notlar: ______________________________________________________________________</w:t>
      </w:r>
    </w:p>
    <w:p>
      <w:r>
        <w:rPr>
          <w:sz w:val="14"/>
        </w:rPr>
        <w:t>takvimrehberi.com/bos-takvim-sablonu/</w:t>
      </w:r>
    </w:p>
    <w:p>
      <w:r>
        <w:br w:type="page"/>
      </w:r>
    </w:p>
    <w:p>
      <w:r>
        <w:rPr>
          <w:b/>
          <w:sz w:val="44"/>
        </w:rPr>
        <w:t>Mart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39"/>
        <w:gridCol w:w="1539"/>
        <w:gridCol w:w="1539"/>
        <w:gridCol w:w="1539"/>
        <w:gridCol w:w="1539"/>
        <w:gridCol w:w="1539"/>
        <w:gridCol w:w="1539"/>
      </w:tblGrid>
      <w:tr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Pazartesi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Salı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Çarşamba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Perşembe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Cumartesi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</w:t>
            </w:r>
          </w:p>
        </w:tc>
      </w:tr>
      <w:tr>
        <w:trPr>
          <w:trHeight w:val="2031"/>
        </w:trPr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</w:t>
            </w:r>
          </w:p>
        </w:tc>
      </w:tr>
      <w:tr>
        <w:trPr>
          <w:trHeight w:val="2031"/>
        </w:trPr>
        <w:tc>
          <w:tcPr>
            <w:tcW w:type="dxa" w:w="1539"/>
          </w:tcPr>
          <w:p>
            <w:r>
              <w:rPr>
                <w:b/>
                <w:sz w:val="28"/>
              </w:rPr>
              <w:t>2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3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4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5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6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7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8</w:t>
            </w:r>
          </w:p>
          <w:p>
            <w:r>
              <w:rPr>
                <w:sz w:val="14"/>
              </w:rPr>
              <w:t>Dünya Kadınlar Günü</w:t>
            </w:r>
          </w:p>
        </w:tc>
      </w:tr>
      <w:tr>
        <w:trPr>
          <w:trHeight w:val="2031"/>
        </w:trPr>
        <w:tc>
          <w:tcPr>
            <w:tcW w:type="dxa" w:w="1539"/>
          </w:tcPr>
          <w:p>
            <w:r>
              <w:rPr>
                <w:b/>
                <w:sz w:val="28"/>
              </w:rPr>
              <w:t>9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10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11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12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13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14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15</w:t>
            </w:r>
          </w:p>
        </w:tc>
      </w:tr>
      <w:tr>
        <w:trPr>
          <w:trHeight w:val="2031"/>
        </w:trPr>
        <w:tc>
          <w:tcPr>
            <w:tcW w:type="dxa" w:w="1539"/>
          </w:tcPr>
          <w:p>
            <w:r>
              <w:rPr>
                <w:b/>
                <w:sz w:val="28"/>
              </w:rPr>
              <w:t>16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17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18</w:t>
            </w:r>
          </w:p>
        </w:tc>
        <w:tc>
          <w:tcPr>
            <w:tcW w:type="dxa" w:w="1539"/>
            <w:shd w:val="clear" w:color="auto" w:fill="FFE9CC"/>
          </w:tcPr>
          <w:p>
            <w:r>
              <w:rPr>
                <w:b/>
                <w:sz w:val="28"/>
              </w:rPr>
              <w:t>19</w:t>
            </w:r>
          </w:p>
          <w:p>
            <w:r>
              <w:rPr>
                <w:sz w:val="14"/>
              </w:rPr>
              <w:t>Ramazan Bayramı Arifesi (½ gün)</w:t>
            </w:r>
          </w:p>
        </w:tc>
        <w:tc>
          <w:tcPr>
            <w:tcW w:type="dxa" w:w="1539"/>
            <w:shd w:val="clear" w:color="auto" w:fill="DDF1E7"/>
          </w:tcPr>
          <w:p>
            <w:r>
              <w:rPr>
                <w:b/>
                <w:sz w:val="28"/>
              </w:rPr>
              <w:t>20</w:t>
            </w:r>
          </w:p>
          <w:p>
            <w:r>
              <w:rPr>
                <w:sz w:val="14"/>
              </w:rPr>
              <w:t>Ramazan Bayramı 1. Gün</w:t>
            </w:r>
          </w:p>
        </w:tc>
        <w:tc>
          <w:tcPr>
            <w:tcW w:type="dxa" w:w="1539"/>
            <w:shd w:val="clear" w:color="auto" w:fill="DDF1E7"/>
          </w:tcPr>
          <w:p>
            <w:r>
              <w:rPr>
                <w:b/>
                <w:color w:val="777777"/>
                <w:sz w:val="28"/>
              </w:rPr>
              <w:t>21</w:t>
            </w:r>
          </w:p>
          <w:p>
            <w:r>
              <w:rPr>
                <w:sz w:val="14"/>
              </w:rPr>
              <w:t>Ramazan Bayramı 2. Gün</w:t>
            </w:r>
          </w:p>
        </w:tc>
        <w:tc>
          <w:tcPr>
            <w:tcW w:type="dxa" w:w="1539"/>
            <w:shd w:val="clear" w:color="auto" w:fill="DDF1E7"/>
          </w:tcPr>
          <w:p>
            <w:r>
              <w:rPr>
                <w:b/>
                <w:color w:val="777777"/>
                <w:sz w:val="28"/>
              </w:rPr>
              <w:t>22</w:t>
            </w:r>
          </w:p>
          <w:p>
            <w:r>
              <w:rPr>
                <w:sz w:val="14"/>
              </w:rPr>
              <w:t>Ramazan Bayramı 3. Gün</w:t>
            </w:r>
          </w:p>
        </w:tc>
      </w:tr>
      <w:tr>
        <w:trPr>
          <w:trHeight w:val="2031"/>
        </w:trPr>
        <w:tc>
          <w:tcPr>
            <w:tcW w:type="dxa" w:w="1539"/>
          </w:tcPr>
          <w:p>
            <w:r>
              <w:rPr>
                <w:b/>
                <w:sz w:val="28"/>
              </w:rPr>
              <w:t>23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24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25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26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27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28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29</w:t>
            </w:r>
          </w:p>
        </w:tc>
      </w:tr>
      <w:tr>
        <w:trPr>
          <w:trHeight w:val="2031"/>
        </w:trPr>
        <w:tc>
          <w:tcPr>
            <w:tcW w:type="dxa" w:w="1539"/>
          </w:tcPr>
          <w:p>
            <w:r>
              <w:rPr>
                <w:b/>
                <w:sz w:val="28"/>
              </w:rPr>
              <w:t>30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31</w:t>
            </w:r>
          </w:p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</w:tr>
    </w:tbl>
    <w:p>
      <w:r>
        <w:rPr>
          <w:sz w:val="20"/>
        </w:rPr>
        <w:t>Notlar: ______________________________________________________________________</w:t>
      </w:r>
    </w:p>
    <w:p>
      <w:r>
        <w:rPr>
          <w:sz w:val="14"/>
        </w:rPr>
        <w:t>takvimrehberi.com/bos-takvim-sablonu/</w:t>
      </w:r>
    </w:p>
    <w:p>
      <w:r>
        <w:br w:type="page"/>
      </w:r>
    </w:p>
    <w:p>
      <w:r>
        <w:rPr>
          <w:b/>
          <w:sz w:val="44"/>
        </w:rPr>
        <w:t>Nisan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39"/>
        <w:gridCol w:w="1539"/>
        <w:gridCol w:w="1539"/>
        <w:gridCol w:w="1539"/>
        <w:gridCol w:w="1539"/>
        <w:gridCol w:w="1539"/>
        <w:gridCol w:w="1539"/>
      </w:tblGrid>
      <w:tr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Pazartesi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Salı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Çarşamba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Perşembe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Cumartesi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</w:t>
            </w:r>
          </w:p>
        </w:tc>
      </w:tr>
      <w:tr>
        <w:trPr>
          <w:trHeight w:val="2438"/>
        </w:trPr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</w:tcPr>
          <w:p>
            <w:r>
              <w:rPr>
                <w:b/>
                <w:sz w:val="28"/>
              </w:rPr>
              <w:t>1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3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4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5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6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7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8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9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10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11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12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13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14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15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16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17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18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19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20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21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22</w:t>
            </w:r>
          </w:p>
        </w:tc>
        <w:tc>
          <w:tcPr>
            <w:tcW w:type="dxa" w:w="1539"/>
            <w:shd w:val="clear" w:color="auto" w:fill="FDE0E4"/>
          </w:tcPr>
          <w:p>
            <w:r>
              <w:rPr>
                <w:b/>
                <w:sz w:val="28"/>
              </w:rPr>
              <w:t>23</w:t>
            </w:r>
          </w:p>
          <w:p>
            <w:r>
              <w:rPr>
                <w:sz w:val="14"/>
              </w:rPr>
              <w:t>Ulusal Egemenlik ve Çocuk Bayramı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24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25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26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27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28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29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30</w:t>
            </w:r>
          </w:p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</w:tr>
    </w:tbl>
    <w:p>
      <w:r>
        <w:rPr>
          <w:sz w:val="20"/>
        </w:rPr>
        <w:t>Notlar: ______________________________________________________________________</w:t>
      </w:r>
    </w:p>
    <w:p>
      <w:r>
        <w:rPr>
          <w:sz w:val="14"/>
        </w:rPr>
        <w:t>takvimrehberi.com/bos-takvim-sablonu/</w:t>
      </w:r>
    </w:p>
    <w:p>
      <w:r>
        <w:br w:type="page"/>
      </w:r>
    </w:p>
    <w:p>
      <w:r>
        <w:rPr>
          <w:b/>
          <w:sz w:val="44"/>
        </w:rPr>
        <w:t>Mayıs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39"/>
        <w:gridCol w:w="1539"/>
        <w:gridCol w:w="1539"/>
        <w:gridCol w:w="1539"/>
        <w:gridCol w:w="1539"/>
        <w:gridCol w:w="1539"/>
        <w:gridCol w:w="1539"/>
      </w:tblGrid>
      <w:tr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Pazartesi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Salı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Çarşamba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Perşembe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Cumartesi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</w:t>
            </w:r>
          </w:p>
        </w:tc>
      </w:tr>
      <w:tr>
        <w:trPr>
          <w:trHeight w:val="2438"/>
        </w:trPr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DE0E4"/>
          </w:tcPr>
          <w:p>
            <w:r>
              <w:rPr>
                <w:b/>
                <w:sz w:val="28"/>
              </w:rPr>
              <w:t>1</w:t>
            </w:r>
          </w:p>
          <w:p>
            <w:r>
              <w:rPr>
                <w:sz w:val="14"/>
              </w:rPr>
              <w:t>Emek ve Dayanışma Günü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3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4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5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6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7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8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9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10</w:t>
            </w:r>
          </w:p>
          <w:p>
            <w:r>
              <w:rPr>
                <w:sz w:val="14"/>
              </w:rPr>
              <w:t>Anneler Günü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11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12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13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14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15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16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17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18</w:t>
            </w:r>
          </w:p>
        </w:tc>
        <w:tc>
          <w:tcPr>
            <w:tcW w:type="dxa" w:w="1539"/>
            <w:shd w:val="clear" w:color="auto" w:fill="FDE0E4"/>
          </w:tcPr>
          <w:p>
            <w:r>
              <w:rPr>
                <w:b/>
                <w:sz w:val="28"/>
              </w:rPr>
              <w:t>19</w:t>
            </w:r>
          </w:p>
          <w:p>
            <w:r>
              <w:rPr>
                <w:sz w:val="14"/>
              </w:rPr>
              <w:t>Atatürk'ü Anma, Gençlik ve Spor Bayramı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20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21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22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23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24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25</w:t>
            </w:r>
          </w:p>
        </w:tc>
        <w:tc>
          <w:tcPr>
            <w:tcW w:type="dxa" w:w="1539"/>
            <w:shd w:val="clear" w:color="auto" w:fill="FFE9CC"/>
          </w:tcPr>
          <w:p>
            <w:r>
              <w:rPr>
                <w:b/>
                <w:sz w:val="28"/>
              </w:rPr>
              <w:t>26</w:t>
            </w:r>
          </w:p>
          <w:p>
            <w:r>
              <w:rPr>
                <w:sz w:val="14"/>
              </w:rPr>
              <w:t>Kurban Bayramı Arifesi (½ gün)</w:t>
            </w:r>
          </w:p>
        </w:tc>
        <w:tc>
          <w:tcPr>
            <w:tcW w:type="dxa" w:w="1539"/>
            <w:shd w:val="clear" w:color="auto" w:fill="DDF1E7"/>
          </w:tcPr>
          <w:p>
            <w:r>
              <w:rPr>
                <w:b/>
                <w:sz w:val="28"/>
              </w:rPr>
              <w:t>27</w:t>
            </w:r>
          </w:p>
          <w:p>
            <w:r>
              <w:rPr>
                <w:sz w:val="14"/>
              </w:rPr>
              <w:t>Kurban Bayramı 1. Gün</w:t>
            </w:r>
          </w:p>
        </w:tc>
        <w:tc>
          <w:tcPr>
            <w:tcW w:type="dxa" w:w="1539"/>
            <w:shd w:val="clear" w:color="auto" w:fill="DDF1E7"/>
          </w:tcPr>
          <w:p>
            <w:r>
              <w:rPr>
                <w:b/>
                <w:sz w:val="28"/>
              </w:rPr>
              <w:t>28</w:t>
            </w:r>
          </w:p>
          <w:p>
            <w:r>
              <w:rPr>
                <w:sz w:val="14"/>
              </w:rPr>
              <w:t>Kurban Bayramı 2. Gün</w:t>
            </w:r>
          </w:p>
        </w:tc>
        <w:tc>
          <w:tcPr>
            <w:tcW w:type="dxa" w:w="1539"/>
            <w:shd w:val="clear" w:color="auto" w:fill="DDF1E7"/>
          </w:tcPr>
          <w:p>
            <w:r>
              <w:rPr>
                <w:b/>
                <w:sz w:val="28"/>
              </w:rPr>
              <w:t>29</w:t>
            </w:r>
          </w:p>
          <w:p>
            <w:r>
              <w:rPr>
                <w:sz w:val="14"/>
              </w:rPr>
              <w:t>Kurban Bayramı 3. Gün</w:t>
            </w:r>
          </w:p>
        </w:tc>
        <w:tc>
          <w:tcPr>
            <w:tcW w:type="dxa" w:w="1539"/>
            <w:shd w:val="clear" w:color="auto" w:fill="DDF1E7"/>
          </w:tcPr>
          <w:p>
            <w:r>
              <w:rPr>
                <w:b/>
                <w:color w:val="777777"/>
                <w:sz w:val="28"/>
              </w:rPr>
              <w:t>30</w:t>
            </w:r>
          </w:p>
          <w:p>
            <w:r>
              <w:rPr>
                <w:sz w:val="14"/>
              </w:rPr>
              <w:t>Kurban Bayramı 4. Gün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31</w:t>
            </w:r>
          </w:p>
        </w:tc>
      </w:tr>
    </w:tbl>
    <w:p>
      <w:r>
        <w:rPr>
          <w:sz w:val="20"/>
        </w:rPr>
        <w:t>Notlar: ______________________________________________________________________</w:t>
      </w:r>
    </w:p>
    <w:p>
      <w:r>
        <w:rPr>
          <w:sz w:val="14"/>
        </w:rPr>
        <w:t>takvimrehberi.com/bos-takvim-sablonu/</w:t>
      </w:r>
    </w:p>
    <w:p>
      <w:r>
        <w:br w:type="page"/>
      </w:r>
    </w:p>
    <w:p>
      <w:r>
        <w:rPr>
          <w:b/>
          <w:sz w:val="44"/>
        </w:rPr>
        <w:t>Haziran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39"/>
        <w:gridCol w:w="1539"/>
        <w:gridCol w:w="1539"/>
        <w:gridCol w:w="1539"/>
        <w:gridCol w:w="1539"/>
        <w:gridCol w:w="1539"/>
        <w:gridCol w:w="1539"/>
      </w:tblGrid>
      <w:tr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Pazartesi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Salı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Çarşamba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Perşembe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Cumartesi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1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3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4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5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6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7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8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9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10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11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12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13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14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15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16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17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18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19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20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21</w:t>
            </w:r>
          </w:p>
          <w:p>
            <w:r>
              <w:rPr>
                <w:sz w:val="14"/>
              </w:rPr>
              <w:t>Babalar Günü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22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23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24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25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26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27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28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29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30</w:t>
            </w:r>
          </w:p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</w:tr>
    </w:tbl>
    <w:p>
      <w:r>
        <w:rPr>
          <w:sz w:val="20"/>
        </w:rPr>
        <w:t>Notlar: ______________________________________________________________________</w:t>
      </w:r>
    </w:p>
    <w:p>
      <w:r>
        <w:rPr>
          <w:sz w:val="14"/>
        </w:rPr>
        <w:t>takvimrehberi.com/bos-takvim-sablonu/</w:t>
      </w:r>
    </w:p>
    <w:p>
      <w:r>
        <w:br w:type="page"/>
      </w:r>
    </w:p>
    <w:p>
      <w:r>
        <w:rPr>
          <w:b/>
          <w:sz w:val="44"/>
        </w:rPr>
        <w:t>Temmuz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39"/>
        <w:gridCol w:w="1539"/>
        <w:gridCol w:w="1539"/>
        <w:gridCol w:w="1539"/>
        <w:gridCol w:w="1539"/>
        <w:gridCol w:w="1539"/>
        <w:gridCol w:w="1539"/>
      </w:tblGrid>
      <w:tr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Pazartesi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Salı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Çarşamba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Perşembe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Cumartesi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</w:t>
            </w:r>
          </w:p>
        </w:tc>
      </w:tr>
      <w:tr>
        <w:trPr>
          <w:trHeight w:val="2438"/>
        </w:trPr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</w:tcPr>
          <w:p>
            <w:r>
              <w:rPr>
                <w:b/>
                <w:sz w:val="28"/>
              </w:rPr>
              <w:t>1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3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4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5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6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7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8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9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10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11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12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13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14</w:t>
            </w:r>
          </w:p>
        </w:tc>
        <w:tc>
          <w:tcPr>
            <w:tcW w:type="dxa" w:w="1539"/>
            <w:shd w:val="clear" w:color="auto" w:fill="FDE0E4"/>
          </w:tcPr>
          <w:p>
            <w:r>
              <w:rPr>
                <w:b/>
                <w:sz w:val="28"/>
              </w:rPr>
              <w:t>15</w:t>
            </w:r>
          </w:p>
          <w:p>
            <w:r>
              <w:rPr>
                <w:sz w:val="14"/>
              </w:rPr>
              <w:t>Demokrasi ve Millî Birlik Günü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16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17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18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19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20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21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22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23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24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25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26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27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28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29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30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31</w:t>
            </w:r>
          </w:p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</w:tr>
    </w:tbl>
    <w:p>
      <w:r>
        <w:rPr>
          <w:sz w:val="20"/>
        </w:rPr>
        <w:t>Notlar: ______________________________________________________________________</w:t>
      </w:r>
    </w:p>
    <w:p>
      <w:r>
        <w:rPr>
          <w:sz w:val="14"/>
        </w:rPr>
        <w:t>takvimrehberi.com/bos-takvim-sablonu/</w:t>
      </w:r>
    </w:p>
    <w:p>
      <w:r>
        <w:br w:type="page"/>
      </w:r>
    </w:p>
    <w:p>
      <w:r>
        <w:rPr>
          <w:b/>
          <w:sz w:val="44"/>
        </w:rPr>
        <w:t>Ağustos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39"/>
        <w:gridCol w:w="1539"/>
        <w:gridCol w:w="1539"/>
        <w:gridCol w:w="1539"/>
        <w:gridCol w:w="1539"/>
        <w:gridCol w:w="1539"/>
        <w:gridCol w:w="1539"/>
      </w:tblGrid>
      <w:tr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Pazartesi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Salı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Çarşamba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Perşembe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Cumartesi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</w:t>
            </w:r>
          </w:p>
        </w:tc>
      </w:tr>
      <w:tr>
        <w:trPr>
          <w:trHeight w:val="2031"/>
        </w:trPr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</w:t>
            </w:r>
          </w:p>
        </w:tc>
      </w:tr>
      <w:tr>
        <w:trPr>
          <w:trHeight w:val="2031"/>
        </w:trPr>
        <w:tc>
          <w:tcPr>
            <w:tcW w:type="dxa" w:w="1539"/>
          </w:tcPr>
          <w:p>
            <w:r>
              <w:rPr>
                <w:b/>
                <w:sz w:val="28"/>
              </w:rPr>
              <w:t>3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4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5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6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7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8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9</w:t>
            </w:r>
          </w:p>
        </w:tc>
      </w:tr>
      <w:tr>
        <w:trPr>
          <w:trHeight w:val="2031"/>
        </w:trPr>
        <w:tc>
          <w:tcPr>
            <w:tcW w:type="dxa" w:w="1539"/>
          </w:tcPr>
          <w:p>
            <w:r>
              <w:rPr>
                <w:b/>
                <w:sz w:val="28"/>
              </w:rPr>
              <w:t>10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11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12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13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14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15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16</w:t>
            </w:r>
          </w:p>
        </w:tc>
      </w:tr>
      <w:tr>
        <w:trPr>
          <w:trHeight w:val="2031"/>
        </w:trPr>
        <w:tc>
          <w:tcPr>
            <w:tcW w:type="dxa" w:w="1539"/>
          </w:tcPr>
          <w:p>
            <w:r>
              <w:rPr>
                <w:b/>
                <w:sz w:val="28"/>
              </w:rPr>
              <w:t>17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18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19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20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21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22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23</w:t>
            </w:r>
          </w:p>
        </w:tc>
      </w:tr>
      <w:tr>
        <w:trPr>
          <w:trHeight w:val="2031"/>
        </w:trPr>
        <w:tc>
          <w:tcPr>
            <w:tcW w:type="dxa" w:w="1539"/>
          </w:tcPr>
          <w:p>
            <w:r>
              <w:rPr>
                <w:b/>
                <w:sz w:val="28"/>
              </w:rPr>
              <w:t>24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25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26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27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28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29</w:t>
            </w:r>
          </w:p>
        </w:tc>
        <w:tc>
          <w:tcPr>
            <w:tcW w:type="dxa" w:w="1539"/>
            <w:shd w:val="clear" w:color="auto" w:fill="FDE0E4"/>
          </w:tcPr>
          <w:p>
            <w:r>
              <w:rPr>
                <w:b/>
                <w:color w:val="777777"/>
                <w:sz w:val="28"/>
              </w:rPr>
              <w:t>30</w:t>
            </w:r>
          </w:p>
          <w:p>
            <w:r>
              <w:rPr>
                <w:sz w:val="14"/>
              </w:rPr>
              <w:t>Zafer Bayramı</w:t>
            </w:r>
          </w:p>
        </w:tc>
      </w:tr>
      <w:tr>
        <w:trPr>
          <w:trHeight w:val="2031"/>
        </w:trPr>
        <w:tc>
          <w:tcPr>
            <w:tcW w:type="dxa" w:w="1539"/>
          </w:tcPr>
          <w:p>
            <w:r>
              <w:rPr>
                <w:b/>
                <w:sz w:val="28"/>
              </w:rPr>
              <w:t>31</w:t>
            </w:r>
          </w:p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</w:tr>
    </w:tbl>
    <w:p>
      <w:r>
        <w:rPr>
          <w:sz w:val="20"/>
        </w:rPr>
        <w:t>Notlar: ______________________________________________________________________</w:t>
      </w:r>
    </w:p>
    <w:p>
      <w:r>
        <w:rPr>
          <w:sz w:val="14"/>
        </w:rPr>
        <w:t>takvimrehberi.com/bos-takvim-sablonu/</w:t>
      </w:r>
    </w:p>
    <w:p>
      <w:r>
        <w:br w:type="page"/>
      </w:r>
    </w:p>
    <w:p>
      <w:r>
        <w:rPr>
          <w:b/>
          <w:sz w:val="44"/>
        </w:rPr>
        <w:t>Eylül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39"/>
        <w:gridCol w:w="1539"/>
        <w:gridCol w:w="1539"/>
        <w:gridCol w:w="1539"/>
        <w:gridCol w:w="1539"/>
        <w:gridCol w:w="1539"/>
        <w:gridCol w:w="1539"/>
      </w:tblGrid>
      <w:tr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Pazartesi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Salı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Çarşamba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Perşembe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Cumartesi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</w:t>
            </w:r>
          </w:p>
        </w:tc>
      </w:tr>
      <w:tr>
        <w:trPr>
          <w:trHeight w:val="2438"/>
        </w:trPr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</w:tcPr>
          <w:p>
            <w:r>
              <w:rPr>
                <w:b/>
                <w:sz w:val="28"/>
              </w:rPr>
              <w:t>1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3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4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5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6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7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8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9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10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11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12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13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14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15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16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17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18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19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20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21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22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23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24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25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26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27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28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29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30</w:t>
            </w:r>
          </w:p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</w:tr>
    </w:tbl>
    <w:p>
      <w:r>
        <w:rPr>
          <w:sz w:val="20"/>
        </w:rPr>
        <w:t>Notlar: ______________________________________________________________________</w:t>
      </w:r>
    </w:p>
    <w:p>
      <w:r>
        <w:rPr>
          <w:sz w:val="14"/>
        </w:rPr>
        <w:t>takvimrehberi.com/bos-takvim-sablonu/</w:t>
      </w:r>
    </w:p>
    <w:p>
      <w:r>
        <w:br w:type="page"/>
      </w:r>
    </w:p>
    <w:p>
      <w:r>
        <w:rPr>
          <w:b/>
          <w:sz w:val="44"/>
        </w:rPr>
        <w:t>Ekim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39"/>
        <w:gridCol w:w="1539"/>
        <w:gridCol w:w="1539"/>
        <w:gridCol w:w="1539"/>
        <w:gridCol w:w="1539"/>
        <w:gridCol w:w="1539"/>
        <w:gridCol w:w="1539"/>
      </w:tblGrid>
      <w:tr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Pazartesi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Salı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Çarşamba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Perşembe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Cumartesi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</w:t>
            </w:r>
          </w:p>
        </w:tc>
      </w:tr>
      <w:tr>
        <w:trPr>
          <w:trHeight w:val="2438"/>
        </w:trPr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</w:tcPr>
          <w:p>
            <w:r>
              <w:rPr>
                <w:b/>
                <w:sz w:val="28"/>
              </w:rPr>
              <w:t>1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3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4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5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6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7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8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9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10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11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12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13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14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15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16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17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18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19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20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21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22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23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24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25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26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27</w:t>
            </w:r>
          </w:p>
        </w:tc>
        <w:tc>
          <w:tcPr>
            <w:tcW w:type="dxa" w:w="1539"/>
            <w:shd w:val="clear" w:color="auto" w:fill="FFE9CC"/>
          </w:tcPr>
          <w:p>
            <w:r>
              <w:rPr>
                <w:b/>
                <w:sz w:val="28"/>
              </w:rPr>
              <w:t>28</w:t>
            </w:r>
          </w:p>
          <w:p>
            <w:r>
              <w:rPr>
                <w:sz w:val="14"/>
              </w:rPr>
              <w:t>Cumhuriyet Bayramı Arifesi (½ gün)</w:t>
            </w:r>
          </w:p>
        </w:tc>
        <w:tc>
          <w:tcPr>
            <w:tcW w:type="dxa" w:w="1539"/>
            <w:shd w:val="clear" w:color="auto" w:fill="FDE0E4"/>
          </w:tcPr>
          <w:p>
            <w:r>
              <w:rPr>
                <w:b/>
                <w:sz w:val="28"/>
              </w:rPr>
              <w:t>29</w:t>
            </w:r>
          </w:p>
          <w:p>
            <w:r>
              <w:rPr>
                <w:sz w:val="14"/>
              </w:rPr>
              <w:t>Cumhuriyet Bayramı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30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31</w:t>
            </w:r>
          </w:p>
        </w:tc>
        <w:tc>
          <w:tcPr>
            <w:tcW w:type="dxa" w:w="1539"/>
            <w:shd w:val="clear" w:color="auto" w:fill="F4F4F4"/>
          </w:tcPr>
          <w:p/>
        </w:tc>
      </w:tr>
    </w:tbl>
    <w:p>
      <w:r>
        <w:rPr>
          <w:sz w:val="20"/>
        </w:rPr>
        <w:t>Notlar: ______________________________________________________________________</w:t>
      </w:r>
    </w:p>
    <w:p>
      <w:r>
        <w:rPr>
          <w:sz w:val="14"/>
        </w:rPr>
        <w:t>takvimrehberi.com/bos-takvim-sablonu/</w:t>
      </w:r>
    </w:p>
    <w:p>
      <w:r>
        <w:br w:type="page"/>
      </w:r>
    </w:p>
    <w:p>
      <w:r>
        <w:rPr>
          <w:b/>
          <w:sz w:val="44"/>
        </w:rPr>
        <w:t>Kasım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39"/>
        <w:gridCol w:w="1539"/>
        <w:gridCol w:w="1539"/>
        <w:gridCol w:w="1539"/>
        <w:gridCol w:w="1539"/>
        <w:gridCol w:w="1539"/>
        <w:gridCol w:w="1539"/>
      </w:tblGrid>
      <w:tr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Pazartesi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Salı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Çarşamba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Perşembe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Cumartesi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</w:t>
            </w:r>
          </w:p>
        </w:tc>
      </w:tr>
      <w:tr>
        <w:trPr>
          <w:trHeight w:val="2031"/>
        </w:trPr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</w:t>
            </w:r>
          </w:p>
        </w:tc>
      </w:tr>
      <w:tr>
        <w:trPr>
          <w:trHeight w:val="2031"/>
        </w:trPr>
        <w:tc>
          <w:tcPr>
            <w:tcW w:type="dxa" w:w="1539"/>
          </w:tcPr>
          <w:p>
            <w:r>
              <w:rPr>
                <w:b/>
                <w:sz w:val="28"/>
              </w:rPr>
              <w:t>2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3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4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5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6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7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8</w:t>
            </w:r>
          </w:p>
        </w:tc>
      </w:tr>
      <w:tr>
        <w:trPr>
          <w:trHeight w:val="2031"/>
        </w:trPr>
        <w:tc>
          <w:tcPr>
            <w:tcW w:type="dxa" w:w="1539"/>
          </w:tcPr>
          <w:p>
            <w:r>
              <w:rPr>
                <w:b/>
                <w:sz w:val="28"/>
              </w:rPr>
              <w:t>9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10</w:t>
            </w:r>
          </w:p>
          <w:p>
            <w:r>
              <w:rPr>
                <w:sz w:val="14"/>
              </w:rPr>
              <w:t>Atatürk'ü Anma Günü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11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12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13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14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15</w:t>
            </w:r>
          </w:p>
        </w:tc>
      </w:tr>
      <w:tr>
        <w:trPr>
          <w:trHeight w:val="2031"/>
        </w:trPr>
        <w:tc>
          <w:tcPr>
            <w:tcW w:type="dxa" w:w="1539"/>
          </w:tcPr>
          <w:p>
            <w:r>
              <w:rPr>
                <w:b/>
                <w:sz w:val="28"/>
              </w:rPr>
              <w:t>16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17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18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19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20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21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22</w:t>
            </w:r>
          </w:p>
        </w:tc>
      </w:tr>
      <w:tr>
        <w:trPr>
          <w:trHeight w:val="2031"/>
        </w:trPr>
        <w:tc>
          <w:tcPr>
            <w:tcW w:type="dxa" w:w="1539"/>
          </w:tcPr>
          <w:p>
            <w:r>
              <w:rPr>
                <w:b/>
                <w:sz w:val="28"/>
              </w:rPr>
              <w:t>23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24</w:t>
            </w:r>
          </w:p>
          <w:p>
            <w:r>
              <w:rPr>
                <w:sz w:val="14"/>
              </w:rPr>
              <w:t>Öğretmenler Günü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25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26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27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28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29</w:t>
            </w:r>
          </w:p>
        </w:tc>
      </w:tr>
      <w:tr>
        <w:trPr>
          <w:trHeight w:val="2031"/>
        </w:trPr>
        <w:tc>
          <w:tcPr>
            <w:tcW w:type="dxa" w:w="1539"/>
          </w:tcPr>
          <w:p>
            <w:r>
              <w:rPr>
                <w:b/>
                <w:sz w:val="28"/>
              </w:rPr>
              <w:t>30</w:t>
            </w:r>
          </w:p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</w:tr>
    </w:tbl>
    <w:p>
      <w:r>
        <w:rPr>
          <w:sz w:val="20"/>
        </w:rPr>
        <w:t>Notlar: ______________________________________________________________________</w:t>
      </w:r>
    </w:p>
    <w:p>
      <w:r>
        <w:rPr>
          <w:sz w:val="14"/>
        </w:rPr>
        <w:t>takvimrehberi.com/bos-takvim-sablonu/</w:t>
      </w:r>
    </w:p>
    <w:p>
      <w:r>
        <w:br w:type="page"/>
      </w:r>
    </w:p>
    <w:p>
      <w:r>
        <w:rPr>
          <w:b/>
          <w:sz w:val="44"/>
        </w:rPr>
        <w:t>Aralık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39"/>
        <w:gridCol w:w="1539"/>
        <w:gridCol w:w="1539"/>
        <w:gridCol w:w="1539"/>
        <w:gridCol w:w="1539"/>
        <w:gridCol w:w="1539"/>
        <w:gridCol w:w="1539"/>
      </w:tblGrid>
      <w:tr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Pazartesi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Salı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Çarşamba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Perşembe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Cumartesi</w:t>
            </w:r>
          </w:p>
        </w:tc>
        <w:tc>
          <w:tcPr>
            <w:tcW w:type="dxa" w:w="1539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</w:t>
            </w:r>
          </w:p>
        </w:tc>
      </w:tr>
      <w:tr>
        <w:trPr>
          <w:trHeight w:val="2438"/>
        </w:trPr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</w:tcPr>
          <w:p>
            <w:r>
              <w:rPr>
                <w:b/>
                <w:sz w:val="28"/>
              </w:rPr>
              <w:t>1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3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4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5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6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7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8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9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10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11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12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13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14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15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16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17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18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19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20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21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22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23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24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25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26</w:t>
            </w:r>
          </w:p>
        </w:tc>
        <w:tc>
          <w:tcPr>
            <w:tcW w:type="dxa" w:w="1539"/>
          </w:tcPr>
          <w:p>
            <w:r>
              <w:rPr>
                <w:b/>
                <w:color w:val="777777"/>
                <w:sz w:val="28"/>
              </w:rPr>
              <w:t>27</w:t>
            </w:r>
          </w:p>
        </w:tc>
      </w:tr>
      <w:tr>
        <w:trPr>
          <w:trHeight w:val="2438"/>
        </w:trPr>
        <w:tc>
          <w:tcPr>
            <w:tcW w:type="dxa" w:w="1539"/>
          </w:tcPr>
          <w:p>
            <w:r>
              <w:rPr>
                <w:b/>
                <w:sz w:val="28"/>
              </w:rPr>
              <w:t>28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29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30</w:t>
            </w:r>
          </w:p>
        </w:tc>
        <w:tc>
          <w:tcPr>
            <w:tcW w:type="dxa" w:w="1539"/>
          </w:tcPr>
          <w:p>
            <w:r>
              <w:rPr>
                <w:b/>
                <w:sz w:val="28"/>
              </w:rPr>
              <w:t>31</w:t>
            </w:r>
          </w:p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  <w:tc>
          <w:tcPr>
            <w:tcW w:type="dxa" w:w="1539"/>
            <w:shd w:val="clear" w:color="auto" w:fill="F4F4F4"/>
          </w:tcPr>
          <w:p/>
        </w:tc>
      </w:tr>
    </w:tbl>
    <w:p>
      <w:r>
        <w:rPr>
          <w:sz w:val="20"/>
        </w:rPr>
        <w:t>Notlar: ______________________________________________________________________</w:t>
      </w:r>
    </w:p>
    <w:p>
      <w:r>
        <w:rPr>
          <w:sz w:val="14"/>
        </w:rPr>
        <w:t>takvimrehberi.com/bos-takvim-sablonu/</w:t>
      </w:r>
    </w:p>
    <w:sectPr w:rsidR="00FC693F" w:rsidRPr="0006063C" w:rsidSect="00034616">
      <w:pgSz w:w="11906" w:h="16838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