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Ay: ____________________   Yıl: 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Salı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Çarşamba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Perşembe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Cumartesi</w:t>
            </w:r>
          </w:p>
        </w:tc>
        <w:tc>
          <w:tcPr>
            <w:tcW w:type="dxa" w:w="2243"/>
          </w:tcPr>
          <w:p>
            <w:pPr>
              <w:jc w:val="center"/>
            </w:pPr>
            <w:r/>
            <w:r>
              <w:rPr>
                <w:b/>
                <w:sz w:val="20"/>
              </w:rPr>
              <w:t>Pazar</w:t>
            </w:r>
          </w:p>
        </w:tc>
      </w:tr>
      <w:tr>
        <w:trPr>
          <w:trHeight w:val="1417"/>
        </w:trPr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</w:tr>
      <w:tr>
        <w:trPr>
          <w:trHeight w:val="1417"/>
        </w:trPr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</w:tr>
      <w:tr>
        <w:trPr>
          <w:trHeight w:val="1417"/>
        </w:trPr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</w:tr>
      <w:tr>
        <w:trPr>
          <w:trHeight w:val="1417"/>
        </w:trPr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</w:tr>
      <w:tr>
        <w:trPr>
          <w:trHeight w:val="1417"/>
        </w:trPr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</w:tr>
      <w:tr>
        <w:trPr>
          <w:trHeight w:val="1417"/>
        </w:trPr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  <w:tc>
          <w:tcPr>
            <w:tcW w:type="dxa" w:w="2243"/>
          </w:tcPr>
          <w:p/>
        </w:tc>
      </w:tr>
    </w:tbl>
    <w:p>
      <w:r>
        <w:rPr>
          <w:sz w:val="20"/>
        </w:rPr>
        <w:t>Notlar: ______________________________________________________________________________________________________________</w:t>
      </w:r>
    </w:p>
    <w:p>
      <w:r>
        <w:rPr>
          <w:sz w:val="14"/>
        </w:rPr>
        <w:t>takvimrehberi.com/bos-takvim-sablonu/</w:t>
      </w:r>
    </w:p>
    <w:sectPr w:rsidR="00FC693F" w:rsidRPr="0006063C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